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83E38"/>
          <w:sz w:val="64"/>
        </w:rPr>
        <w:br/>
        <w:t>[Property name]</w:t>
      </w:r>
    </w:p>
    <w:p>
      <w:pPr>
        <w:jc w:val="center"/>
      </w:pPr>
      <w:r>
        <w:rPr>
          <w:color w:val="CF7556"/>
          <w:sz w:val="40"/>
        </w:rPr>
        <w:t>Guest welcome book</w:t>
      </w:r>
    </w:p>
    <w:p>
      <w:pPr>
        <w:jc w:val="center"/>
      </w:pPr>
      <w:r>
        <w:rPr>
          <w:color w:val="6B7B77"/>
          <w:sz w:val="28"/>
        </w:rPr>
        <w:t>[Area], Cyprus</w:t>
      </w:r>
    </w:p>
    <w:p/>
    <w:p>
      <w:r>
        <w:rPr>
          <w:i/>
          <w:color w:val="6B7B77"/>
          <w:sz w:val="20"/>
        </w:rPr>
        <w:t>Template: replace every [bracketed] field and rewrite the sample lines for your property before sharing with guests.</w:t>
      </w:r>
    </w:p>
    <w:p>
      <w:pPr>
        <w:pStyle w:val="Heading1"/>
      </w:pPr>
      <w:r>
        <w:rPr>
          <w:color w:val="183E38"/>
        </w:rPr>
        <w:t>Quick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</w:rPr>
              <w:t>Wi-Fi network</w:t>
            </w:r>
          </w:p>
        </w:tc>
        <w:tc>
          <w:tcPr>
            <w:tcW w:type="dxa" w:w="4703"/>
          </w:tcPr>
          <w:p>
            <w:r>
              <w:t>[network name]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Wi-Fi password</w:t>
            </w:r>
          </w:p>
        </w:tc>
        <w:tc>
          <w:tcPr>
            <w:tcW w:type="dxa" w:w="4703"/>
          </w:tcPr>
          <w:p>
            <w:r>
              <w:t>[password]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Check-in</w:t>
            </w:r>
          </w:p>
        </w:tc>
        <w:tc>
          <w:tcPr>
            <w:tcW w:type="dxa" w:w="4703"/>
          </w:tcPr>
          <w:p>
            <w:r>
              <w:t>[time, e.g. 15:00]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Check-out</w:t>
            </w:r>
          </w:p>
        </w:tc>
        <w:tc>
          <w:tcPr>
            <w:tcW w:type="dxa" w:w="4703"/>
          </w:tcPr>
          <w:p>
            <w:r>
              <w:t>[time, e.g. 11:00]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Host / manager phone</w:t>
            </w:r>
          </w:p>
        </w:tc>
        <w:tc>
          <w:tcPr>
            <w:tcW w:type="dxa" w:w="4703"/>
          </w:tcPr>
          <w:p>
            <w:r>
              <w:t>[number, WhatsApp if used]</w:t>
            </w:r>
          </w:p>
        </w:tc>
      </w:tr>
      <w:tr>
        <w:tc>
          <w:tcPr>
            <w:tcW w:type="dxa" w:w="4703"/>
          </w:tcPr>
          <w:p>
            <w:r>
              <w:rPr>
                <w:b/>
              </w:rPr>
              <w:t>Emergency (EU-wide)</w:t>
            </w:r>
          </w:p>
        </w:tc>
        <w:tc>
          <w:tcPr>
            <w:tcW w:type="dxa" w:w="4703"/>
          </w:tcPr>
          <w:p>
            <w:r>
              <w:t>112</w:t>
            </w:r>
          </w:p>
        </w:tc>
      </w:tr>
    </w:tbl>
    <w:p>
      <w:pPr>
        <w:pStyle w:val="Heading1"/>
      </w:pPr>
      <w:r>
        <w:rPr>
          <w:color w:val="183E38"/>
        </w:rPr>
        <w:t>Arrival</w:t>
      </w:r>
    </w:p>
    <w:p>
      <w:pPr>
        <w:pStyle w:val="ListBullet"/>
      </w:pPr>
      <w:r>
        <w:rPr>
          <w:b/>
        </w:rPr>
        <w:t xml:space="preserve">Address: </w:t>
      </w:r>
      <w:r>
        <w:t>[full address with postal code]</w:t>
      </w:r>
    </w:p>
    <w:p>
      <w:pPr>
        <w:pStyle w:val="ListBullet"/>
      </w:pPr>
      <w:r>
        <w:rPr>
          <w:b/>
        </w:rPr>
        <w:t xml:space="preserve">Directions: </w:t>
      </w:r>
      <w:r>
        <w:t>[from Larnaca / Paphos airport: main route and any tricky last turn]</w:t>
      </w:r>
    </w:p>
    <w:p>
      <w:pPr>
        <w:pStyle w:val="ListBullet"/>
      </w:pPr>
      <w:r>
        <w:rPr>
          <w:b/>
        </w:rPr>
        <w:t xml:space="preserve">Parking: </w:t>
      </w:r>
      <w:r>
        <w:t>[where to park, any permits]</w:t>
      </w:r>
    </w:p>
    <w:p>
      <w:pPr>
        <w:pStyle w:val="ListBullet"/>
      </w:pPr>
      <w:r>
        <w:rPr>
          <w:b/>
        </w:rPr>
        <w:t xml:space="preserve">Keys / access: </w:t>
      </w:r>
      <w:r>
        <w:t>[lockbox code, key safe location, or who meets the guest]</w:t>
      </w:r>
    </w:p>
    <w:p>
      <w:pPr>
        <w:pStyle w:val="Heading1"/>
      </w:pPr>
      <w:r>
        <w:rPr>
          <w:color w:val="183E38"/>
        </w:rPr>
        <w:t>Wi-Fi and technology</w:t>
      </w:r>
    </w:p>
    <w:p>
      <w:pPr>
        <w:pStyle w:val="ListBullet"/>
      </w:pPr>
      <w:r>
        <w:rPr>
          <w:b/>
        </w:rPr>
        <w:t xml:space="preserve">Wi-Fi: </w:t>
      </w:r>
      <w:r>
        <w:t>network and password are on the first page and on the [router / framed card location]</w:t>
      </w:r>
    </w:p>
    <w:p>
      <w:pPr>
        <w:pStyle w:val="ListBullet"/>
      </w:pPr>
      <w:r>
        <w:rPr>
          <w:b/>
        </w:rPr>
        <w:t xml:space="preserve">TV: </w:t>
      </w:r>
      <w:r>
        <w:t>[which remote, which apps are signed in]</w:t>
      </w:r>
    </w:p>
    <w:p>
      <w:pPr>
        <w:pStyle w:val="Heading1"/>
      </w:pPr>
      <w:r>
        <w:rPr>
          <w:color w:val="183E38"/>
        </w:rPr>
        <w:t>House rules</w:t>
      </w:r>
    </w:p>
    <w:p>
      <w:pPr>
        <w:pStyle w:val="ListBullet"/>
      </w:pPr>
      <w:r>
        <w:rPr>
          <w:b/>
        </w:rPr>
        <w:t xml:space="preserve">Smoking: </w:t>
      </w:r>
      <w:r>
        <w:t>[e.g. outdoors only]</w:t>
      </w:r>
    </w:p>
    <w:p>
      <w:pPr>
        <w:pStyle w:val="ListBullet"/>
      </w:pPr>
      <w:r>
        <w:rPr>
          <w:b/>
        </w:rPr>
        <w:t xml:space="preserve">Parties / events: </w:t>
      </w:r>
      <w:r>
        <w:t>[your rule]</w:t>
      </w:r>
    </w:p>
    <w:p>
      <w:pPr>
        <w:pStyle w:val="ListBullet"/>
      </w:pPr>
      <w:r>
        <w:rPr>
          <w:b/>
        </w:rPr>
        <w:t xml:space="preserve">Pets: </w:t>
      </w:r>
      <w:r>
        <w:t>[your rule]</w:t>
      </w:r>
    </w:p>
    <w:p>
      <w:pPr>
        <w:pStyle w:val="ListBullet"/>
      </w:pPr>
      <w:r>
        <w:rPr>
          <w:b/>
        </w:rPr>
        <w:t xml:space="preserve">Quiet hours: </w:t>
      </w:r>
      <w:r>
        <w:t>[e.g. 23:00-07:00, note Cyprus apartment-building rules if relevant]</w:t>
      </w:r>
    </w:p>
    <w:p>
      <w:pPr>
        <w:pStyle w:val="ListBullet"/>
      </w:pPr>
      <w:r>
        <w:rPr>
          <w:b/>
        </w:rPr>
        <w:t xml:space="preserve">Rubbish: </w:t>
      </w:r>
      <w:r>
        <w:t>[where bins are, collection days, recycling]</w:t>
      </w:r>
    </w:p>
    <w:p>
      <w:pPr>
        <w:pStyle w:val="Heading1"/>
      </w:pPr>
      <w:r>
        <w:rPr>
          <w:color w:val="183E38"/>
        </w:rPr>
        <w:t>Using the house</w:t>
      </w:r>
    </w:p>
    <w:p>
      <w:pPr>
        <w:pStyle w:val="ListBullet"/>
      </w:pPr>
      <w:r>
        <w:rPr>
          <w:b/>
        </w:rPr>
        <w:t xml:space="preserve">Air conditioning: </w:t>
      </w:r>
      <w:r>
        <w:t>[how to operate, request to switch off when out]</w:t>
      </w:r>
    </w:p>
    <w:p>
      <w:pPr>
        <w:pStyle w:val="ListBullet"/>
      </w:pPr>
      <w:r>
        <w:rPr>
          <w:b/>
        </w:rPr>
        <w:t xml:space="preserve">Hot water: </w:t>
      </w:r>
      <w:r>
        <w:t>[boiler switch location, solar, how long it takes]</w:t>
      </w:r>
    </w:p>
    <w:p>
      <w:pPr>
        <w:pStyle w:val="ListBullet"/>
      </w:pPr>
      <w:r>
        <w:rPr>
          <w:b/>
        </w:rPr>
        <w:t xml:space="preserve">Kitchen appliances: </w:t>
      </w:r>
      <w:r>
        <w:t>[hob, oven, dishwasher, coffee machine notes]</w:t>
      </w:r>
    </w:p>
    <w:p>
      <w:pPr>
        <w:pStyle w:val="ListBullet"/>
      </w:pPr>
      <w:r>
        <w:rPr>
          <w:b/>
        </w:rPr>
        <w:t xml:space="preserve">Washing machine: </w:t>
      </w:r>
      <w:r>
        <w:t>[location, detergent provided?]</w:t>
      </w:r>
    </w:p>
    <w:p>
      <w:pPr>
        <w:pStyle w:val="ListBullet"/>
      </w:pPr>
      <w:r>
        <w:rPr>
          <w:b/>
        </w:rPr>
        <w:t xml:space="preserve">Pool / outdoor areas: </w:t>
      </w:r>
      <w:r>
        <w:t>[hours, safety, no diving, who cleans and when]</w:t>
      </w:r>
    </w:p>
    <w:p>
      <w:pPr>
        <w:pStyle w:val="Heading1"/>
      </w:pPr>
      <w:r>
        <w:rPr>
          <w:color w:val="183E38"/>
        </w:rPr>
        <w:t>Emergencies and health</w:t>
      </w:r>
    </w:p>
    <w:p>
      <w:pPr>
        <w:pStyle w:val="ListBullet"/>
      </w:pPr>
      <w:r>
        <w:rPr>
          <w:b/>
        </w:rPr>
        <w:t xml:space="preserve">Emergency number: </w:t>
      </w:r>
      <w:r>
        <w:t>112 (all services, EU-wide)</w:t>
      </w:r>
    </w:p>
    <w:p>
      <w:pPr>
        <w:pStyle w:val="ListBullet"/>
      </w:pPr>
      <w:r>
        <w:rPr>
          <w:b/>
        </w:rPr>
        <w:t xml:space="preserve">Host / manager: </w:t>
      </w:r>
      <w:r>
        <w:t>[phone]</w:t>
      </w:r>
    </w:p>
    <w:p>
      <w:pPr>
        <w:pStyle w:val="ListBullet"/>
      </w:pPr>
      <w:r>
        <w:rPr>
          <w:b/>
        </w:rPr>
        <w:t xml:space="preserve">Nearest pharmacy: </w:t>
      </w:r>
      <w:r>
        <w:t>[name, area, typical hours]</w:t>
      </w:r>
    </w:p>
    <w:p>
      <w:pPr>
        <w:pStyle w:val="ListBullet"/>
      </w:pPr>
      <w:r>
        <w:rPr>
          <w:b/>
        </w:rPr>
        <w:t xml:space="preserve">Nearest hospital / clinic: </w:t>
      </w:r>
      <w:r>
        <w:t>[name and town]</w:t>
      </w:r>
    </w:p>
    <w:p>
      <w:pPr>
        <w:pStyle w:val="ListBullet"/>
      </w:pPr>
      <w:r>
        <w:rPr>
          <w:b/>
        </w:rPr>
        <w:t xml:space="preserve">First aid kit: </w:t>
      </w:r>
      <w:r>
        <w:t>[location in the property]</w:t>
      </w:r>
    </w:p>
    <w:p>
      <w:pPr>
        <w:pStyle w:val="Heading1"/>
      </w:pPr>
      <w:r>
        <w:rPr>
          <w:color w:val="183E38"/>
        </w:rPr>
        <w:t>Local guide</w:t>
      </w:r>
    </w:p>
    <w:p>
      <w:pPr>
        <w:pStyle w:val="ListBullet"/>
      </w:pPr>
      <w:r>
        <w:rPr>
          <w:b/>
        </w:rPr>
        <w:t xml:space="preserve">Beaches: </w:t>
      </w:r>
      <w:r>
        <w:t>[2-4 favourites with one line each]</w:t>
      </w:r>
    </w:p>
    <w:p>
      <w:pPr>
        <w:pStyle w:val="ListBullet"/>
      </w:pPr>
      <w:r>
        <w:rPr>
          <w:b/>
        </w:rPr>
        <w:t xml:space="preserve">Restaurants and tavernas: </w:t>
      </w:r>
      <w:r>
        <w:t>[3-5 with one line each]</w:t>
      </w:r>
    </w:p>
    <w:p>
      <w:pPr>
        <w:pStyle w:val="ListBullet"/>
      </w:pPr>
      <w:r>
        <w:rPr>
          <w:b/>
        </w:rPr>
        <w:t xml:space="preserve">Supermarket / bakery: </w:t>
      </w:r>
      <w:r>
        <w:t>[nearest ones and opening hours]</w:t>
      </w:r>
    </w:p>
    <w:p>
      <w:pPr>
        <w:pStyle w:val="ListBullet"/>
      </w:pPr>
      <w:r>
        <w:rPr>
          <w:b/>
        </w:rPr>
        <w:t xml:space="preserve">Getting around: </w:t>
      </w:r>
      <w:r>
        <w:t>[bus routes, taxi numbers, car hire note]</w:t>
      </w:r>
    </w:p>
    <w:p>
      <w:pPr>
        <w:pStyle w:val="Heading1"/>
      </w:pPr>
      <w:r>
        <w:rPr>
          <w:color w:val="183E38"/>
        </w:rPr>
        <w:t>Departure</w:t>
      </w:r>
    </w:p>
    <w:p>
      <w:pPr>
        <w:pStyle w:val="ListBullet"/>
      </w:pPr>
      <w:r>
        <w:rPr>
          <w:b/>
        </w:rPr>
        <w:t xml:space="preserve">Check-out time: </w:t>
      </w:r>
      <w:r>
        <w:t>[time]</w:t>
      </w:r>
    </w:p>
    <w:p>
      <w:pPr>
        <w:pStyle w:val="ListBullet"/>
      </w:pPr>
      <w:r>
        <w:rPr>
          <w:b/>
        </w:rPr>
        <w:t xml:space="preserve">Keys: </w:t>
      </w:r>
      <w:r>
        <w:t>[where to leave them / lockbox]</w:t>
      </w:r>
    </w:p>
    <w:p>
      <w:pPr>
        <w:pStyle w:val="ListBullet"/>
      </w:pPr>
      <w:r>
        <w:rPr>
          <w:b/>
        </w:rPr>
        <w:t xml:space="preserve">Rubbish: </w:t>
      </w:r>
      <w:r>
        <w:t>[please take rubbish to the bins at [location]]</w:t>
      </w:r>
    </w:p>
    <w:p>
      <w:pPr>
        <w:pStyle w:val="ListBullet"/>
      </w:pPr>
      <w:r>
        <w:rPr>
          <w:b/>
        </w:rPr>
        <w:t xml:space="preserve">Air conditioning and lights: </w:t>
      </w:r>
      <w:r>
        <w:t>please switch off before leaving</w:t>
      </w:r>
    </w:p>
    <w:p>
      <w:pPr>
        <w:pStyle w:val="ListBullet"/>
      </w:pPr>
      <w:r>
        <w:rPr>
          <w:b/>
        </w:rPr>
        <w:t xml:space="preserve">Windows and doors: </w:t>
      </w:r>
      <w:r>
        <w:t>please close and lock</w:t>
      </w:r>
    </w:p>
    <w:p/>
    <w:p>
      <w:r>
        <w:rPr>
          <w:i/>
          <w:color w:val="6B7B77"/>
          <w:sz w:val="20"/>
        </w:rPr>
        <w:t>Built by StreamlineCY (streamlinecy.com). Free template: edit it, export to PDF and share or print it for your guests.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